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1C2276" w14:textId="77777777" w:rsidR="001A7481" w:rsidRDefault="00000000">
      <w:pPr>
        <w:pStyle w:val="Heading1"/>
      </w:pPr>
      <w:r>
        <w:t>My Reading Environment Reflection Worksheet</w:t>
      </w:r>
    </w:p>
    <w:p w14:paraId="0262F631" w14:textId="77777777" w:rsidR="001A7481" w:rsidRDefault="00000000">
      <w:r>
        <w:t>Everyone’s sensory needs are different, which means the best reading environment will look different for each of us. Use this worksheet to reflect on where and how you enjoy reading most, and how meeting your sensory needs might make reading even more enjoyable.</w:t>
      </w:r>
    </w:p>
    <w:p w14:paraId="298B69E1" w14:textId="77777777" w:rsidR="001A7481" w:rsidRDefault="00000000">
      <w:pPr>
        <w:pStyle w:val="Heading2"/>
      </w:pPr>
      <w:r>
        <w:t>1. My Favourite Places to Read</w:t>
      </w:r>
    </w:p>
    <w:p w14:paraId="6469996E" w14:textId="77777777" w:rsidR="001A7481" w:rsidRDefault="00000000">
      <w:r>
        <w:t>Write down the spaces where you currently enjoy reading most (e.g., bed, garden, café, hammock):</w:t>
      </w:r>
    </w:p>
    <w:p w14:paraId="423006C0" w14:textId="77777777" w:rsidR="001A7481" w:rsidRDefault="00000000">
      <w:r>
        <w:t>• ..................................................................................</w:t>
      </w:r>
    </w:p>
    <w:p w14:paraId="477FBBE8" w14:textId="77777777" w:rsidR="001A7481" w:rsidRDefault="00000000">
      <w:r>
        <w:t>• ..................................................................................</w:t>
      </w:r>
    </w:p>
    <w:p w14:paraId="0A588A0D" w14:textId="77777777" w:rsidR="001A7481" w:rsidRDefault="00000000">
      <w:r>
        <w:t>• ..................................................................................</w:t>
      </w:r>
    </w:p>
    <w:p w14:paraId="01B4D53D" w14:textId="77777777" w:rsidR="001A7481" w:rsidRDefault="00000000">
      <w:pPr>
        <w:pStyle w:val="Heading2"/>
      </w:pPr>
      <w:r>
        <w:t>2. Sensory Needs</w:t>
      </w:r>
    </w:p>
    <w:p w14:paraId="116547B3" w14:textId="77777777" w:rsidR="001A7481" w:rsidRDefault="00000000">
      <w:r>
        <w:t>Think about how your senses affect your reading. Complete the prompts below:</w:t>
      </w:r>
    </w:p>
    <w:p w14:paraId="757C5CE4" w14:textId="77777777" w:rsidR="001A7481" w:rsidRDefault="00000000">
      <w:r>
        <w:t>I focus best when there is (noise/silence): ................................................</w:t>
      </w:r>
    </w:p>
    <w:p w14:paraId="3F0496E2" w14:textId="77777777" w:rsidR="001A7481" w:rsidRDefault="00000000">
      <w:r>
        <w:t>I prefer reading (indoors/outdoors/both): ................................................</w:t>
      </w:r>
    </w:p>
    <w:p w14:paraId="2E1D1FEA" w14:textId="77777777" w:rsidR="001A7481" w:rsidRDefault="00000000">
      <w:r>
        <w:t>Movement helps me concentrate (yes/no): ................................................</w:t>
      </w:r>
    </w:p>
    <w:p w14:paraId="2E5E163F" w14:textId="77777777" w:rsidR="001A7481" w:rsidRDefault="00000000">
      <w:r>
        <w:t>Things I like to do while reading (fiddle, chew gum, rock, other): ............................</w:t>
      </w:r>
    </w:p>
    <w:p w14:paraId="6A88383D" w14:textId="77777777" w:rsidR="001A7481" w:rsidRDefault="00000000">
      <w:pPr>
        <w:pStyle w:val="Heading2"/>
      </w:pPr>
      <w:r>
        <w:t>3. My Ideal Reading Environment</w:t>
      </w:r>
    </w:p>
    <w:p w14:paraId="06E275B3" w14:textId="77777777" w:rsidR="001A7481" w:rsidRDefault="00000000">
      <w:r>
        <w:t>Describe what your perfect reading space looks and feels like:</w:t>
      </w:r>
    </w:p>
    <w:p w14:paraId="38C9F8F8" w14:textId="77777777" w:rsidR="001A7481" w:rsidRDefault="00000000">
      <w:r>
        <w:t>............................................................................................</w:t>
      </w:r>
    </w:p>
    <w:p w14:paraId="37610AA0" w14:textId="77777777" w:rsidR="001A7481" w:rsidRDefault="00000000">
      <w:r>
        <w:t>............................................................................................</w:t>
      </w:r>
    </w:p>
    <w:p w14:paraId="20E16F5F" w14:textId="77777777" w:rsidR="001A7481" w:rsidRDefault="00000000">
      <w:r>
        <w:t>............................................................................................</w:t>
      </w:r>
    </w:p>
    <w:p w14:paraId="037A61C9" w14:textId="77777777" w:rsidR="001A7481" w:rsidRDefault="00000000">
      <w:pPr>
        <w:pStyle w:val="Heading2"/>
      </w:pPr>
      <w:r>
        <w:t>4. Trying Something New</w:t>
      </w:r>
    </w:p>
    <w:p w14:paraId="0906206F" w14:textId="77777777" w:rsidR="001A7481" w:rsidRDefault="00000000">
      <w:r>
        <w:t>Is there a new place or way you’d like to try reading? Write down your ideas:</w:t>
      </w:r>
    </w:p>
    <w:p w14:paraId="4B16EF95" w14:textId="77777777" w:rsidR="001A7481" w:rsidRDefault="00000000">
      <w:r>
        <w:t>............................................................................................</w:t>
      </w:r>
    </w:p>
    <w:p w14:paraId="49F1F5E1" w14:textId="77777777" w:rsidR="001A7481" w:rsidRDefault="00000000">
      <w:r>
        <w:t>............................................................................................</w:t>
      </w:r>
    </w:p>
    <w:sectPr w:rsidR="001A748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59817068">
    <w:abstractNumId w:val="8"/>
  </w:num>
  <w:num w:numId="2" w16cid:durableId="286668009">
    <w:abstractNumId w:val="6"/>
  </w:num>
  <w:num w:numId="3" w16cid:durableId="663362749">
    <w:abstractNumId w:val="5"/>
  </w:num>
  <w:num w:numId="4" w16cid:durableId="158278830">
    <w:abstractNumId w:val="4"/>
  </w:num>
  <w:num w:numId="5" w16cid:durableId="1396854442">
    <w:abstractNumId w:val="7"/>
  </w:num>
  <w:num w:numId="6" w16cid:durableId="497888494">
    <w:abstractNumId w:val="3"/>
  </w:num>
  <w:num w:numId="7" w16cid:durableId="1163014247">
    <w:abstractNumId w:val="2"/>
  </w:num>
  <w:num w:numId="8" w16cid:durableId="665327526">
    <w:abstractNumId w:val="1"/>
  </w:num>
  <w:num w:numId="9" w16cid:durableId="1327172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A7481"/>
    <w:rsid w:val="0029639D"/>
    <w:rsid w:val="00326F90"/>
    <w:rsid w:val="00966B9C"/>
    <w:rsid w:val="00AA1D8D"/>
    <w:rsid w:val="00B47730"/>
    <w:rsid w:val="00B5532E"/>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F2A26F"/>
  <w14:defaultImageDpi w14:val="300"/>
  <w15:docId w15:val="{D041827B-3E15-CB4C-9B21-4C11A8938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349</Words>
  <Characters>1466</Characters>
  <Application>Microsoft Office Word</Application>
  <DocSecurity>0</DocSecurity>
  <Lines>39</Lines>
  <Paragraphs>22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Adam Pencharz</cp:lastModifiedBy>
  <cp:revision>2</cp:revision>
  <dcterms:created xsi:type="dcterms:W3CDTF">2025-09-06T23:01:00Z</dcterms:created>
  <dcterms:modified xsi:type="dcterms:W3CDTF">2025-09-06T23:01:00Z</dcterms:modified>
  <cp:category/>
</cp:coreProperties>
</file>